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BB8EC4" w14:textId="77777777" w:rsidR="003A1080" w:rsidRPr="00281DF6" w:rsidRDefault="005D6145" w:rsidP="00281DF6">
      <w:pPr>
        <w:jc w:val="center"/>
        <w:rPr>
          <w:rFonts w:ascii="Times New Roman" w:hAnsi="Times New Roman" w:cs="Times New Roman"/>
        </w:rPr>
      </w:pPr>
      <w:r w:rsidRPr="00281DF6">
        <w:rPr>
          <w:rFonts w:ascii="Times New Roman" w:hAnsi="Times New Roman" w:cs="Times New Roman"/>
          <w:b/>
          <w:sz w:val="26"/>
        </w:rPr>
        <w:t>DICHIARAZIONE SOSTITUTIVA DELL’ATTO DI NOTORIETÀ</w:t>
      </w:r>
    </w:p>
    <w:p w14:paraId="1160BEC9" w14:textId="3EB283DD" w:rsidR="003A1080" w:rsidRPr="00281DF6" w:rsidRDefault="005D6145" w:rsidP="00281DF6">
      <w:pPr>
        <w:jc w:val="center"/>
        <w:rPr>
          <w:rFonts w:ascii="Times New Roman" w:hAnsi="Times New Roman" w:cs="Times New Roman"/>
          <w:i/>
        </w:rPr>
      </w:pPr>
      <w:r w:rsidRPr="00281DF6">
        <w:rPr>
          <w:rFonts w:ascii="Times New Roman" w:hAnsi="Times New Roman" w:cs="Times New Roman"/>
          <w:i/>
        </w:rPr>
        <w:t>(art. 47 del D.P.R. 28 dicembre 2000, n. 445)</w:t>
      </w:r>
    </w:p>
    <w:p w14:paraId="6179975D" w14:textId="77777777" w:rsidR="00281DF6" w:rsidRPr="00281DF6" w:rsidRDefault="00281DF6" w:rsidP="00281DF6">
      <w:pPr>
        <w:jc w:val="both"/>
        <w:rPr>
          <w:rFonts w:ascii="Times New Roman" w:hAnsi="Times New Roman" w:cs="Times New Roman"/>
        </w:rPr>
      </w:pPr>
    </w:p>
    <w:p w14:paraId="4783E6BB" w14:textId="3B165D31" w:rsidR="003A1080" w:rsidRPr="00281DF6" w:rsidRDefault="005D6145" w:rsidP="00281DF6">
      <w:pPr>
        <w:spacing w:before="120" w:after="120" w:line="480" w:lineRule="auto"/>
        <w:jc w:val="both"/>
        <w:rPr>
          <w:rFonts w:ascii="Times New Roman" w:hAnsi="Times New Roman" w:cs="Times New Roman"/>
        </w:rPr>
      </w:pPr>
      <w:r w:rsidRPr="00281DF6">
        <w:rPr>
          <w:rFonts w:ascii="Times New Roman" w:hAnsi="Times New Roman" w:cs="Times New Roman"/>
          <w:b/>
        </w:rPr>
        <w:t xml:space="preserve">Il/La sottoscritto/a </w:t>
      </w:r>
      <w:r w:rsidRPr="00281DF6">
        <w:rPr>
          <w:rFonts w:ascii="Times New Roman" w:hAnsi="Times New Roman" w:cs="Times New Roman"/>
        </w:rPr>
        <w:t>______________________________, nato/</w:t>
      </w:r>
      <w:proofErr w:type="gramStart"/>
      <w:r w:rsidRPr="00281DF6">
        <w:rPr>
          <w:rFonts w:ascii="Times New Roman" w:hAnsi="Times New Roman" w:cs="Times New Roman"/>
        </w:rPr>
        <w:t>a</w:t>
      </w:r>
      <w:proofErr w:type="gramEnd"/>
      <w:r w:rsidRPr="00281DF6">
        <w:rPr>
          <w:rFonts w:ascii="Times New Roman" w:hAnsi="Times New Roman" w:cs="Times New Roman"/>
        </w:rPr>
        <w:t xml:space="preserve"> a __________________________ il ___/___/____, residente a __________________________ </w:t>
      </w:r>
      <w:r w:rsidRPr="00281DF6">
        <w:rPr>
          <w:rFonts w:ascii="Times New Roman" w:hAnsi="Times New Roman" w:cs="Times New Roman"/>
        </w:rPr>
        <w:t>in Via/Piazza ______________________________, nella quali</w:t>
      </w:r>
      <w:r w:rsidR="00281DF6">
        <w:rPr>
          <w:rFonts w:ascii="Times New Roman" w:hAnsi="Times New Roman" w:cs="Times New Roman"/>
        </w:rPr>
        <w:t>tà di _________________________</w:t>
      </w:r>
      <w:r w:rsidRPr="00281DF6">
        <w:rPr>
          <w:rFonts w:ascii="Times New Roman" w:hAnsi="Times New Roman" w:cs="Times New Roman"/>
        </w:rPr>
        <w:t xml:space="preserve">____ e </w:t>
      </w:r>
      <w:proofErr w:type="spellStart"/>
      <w:r w:rsidRPr="00281DF6">
        <w:rPr>
          <w:rFonts w:ascii="Times New Roman" w:hAnsi="Times New Roman" w:cs="Times New Roman"/>
        </w:rPr>
        <w:t>legale</w:t>
      </w:r>
      <w:proofErr w:type="spellEnd"/>
      <w:r w:rsidRPr="00281DF6">
        <w:rPr>
          <w:rFonts w:ascii="Times New Roman" w:hAnsi="Times New Roman" w:cs="Times New Roman"/>
        </w:rPr>
        <w:t xml:space="preserve"> </w:t>
      </w:r>
      <w:proofErr w:type="spellStart"/>
      <w:r w:rsidRPr="00281DF6">
        <w:rPr>
          <w:rFonts w:ascii="Times New Roman" w:hAnsi="Times New Roman" w:cs="Times New Roman"/>
        </w:rPr>
        <w:t>rappresenta</w:t>
      </w:r>
      <w:r w:rsidR="00281DF6">
        <w:rPr>
          <w:rFonts w:ascii="Times New Roman" w:hAnsi="Times New Roman" w:cs="Times New Roman"/>
        </w:rPr>
        <w:t>nte</w:t>
      </w:r>
      <w:proofErr w:type="spellEnd"/>
      <w:r w:rsidR="00281DF6">
        <w:rPr>
          <w:rFonts w:ascii="Times New Roman" w:hAnsi="Times New Roman" w:cs="Times New Roman"/>
        </w:rPr>
        <w:t xml:space="preserve"> </w:t>
      </w:r>
      <w:proofErr w:type="spellStart"/>
      <w:r w:rsidR="00281DF6">
        <w:rPr>
          <w:rFonts w:ascii="Times New Roman" w:hAnsi="Times New Roman" w:cs="Times New Roman"/>
        </w:rPr>
        <w:t>dell’Ente</w:t>
      </w:r>
      <w:proofErr w:type="spellEnd"/>
      <w:r w:rsidR="00281DF6">
        <w:rPr>
          <w:rFonts w:ascii="Times New Roman" w:hAnsi="Times New Roman" w:cs="Times New Roman"/>
        </w:rPr>
        <w:t xml:space="preserve"> ___________</w:t>
      </w:r>
      <w:r w:rsidRPr="00281DF6">
        <w:rPr>
          <w:rFonts w:ascii="Times New Roman" w:hAnsi="Times New Roman" w:cs="Times New Roman"/>
        </w:rPr>
        <w:t>______________________________,</w:t>
      </w:r>
    </w:p>
    <w:p w14:paraId="2A37793D" w14:textId="77777777" w:rsidR="003A1080" w:rsidRPr="00281DF6" w:rsidRDefault="005D6145" w:rsidP="00281DF6">
      <w:pPr>
        <w:spacing w:before="120" w:after="120" w:line="384" w:lineRule="auto"/>
        <w:jc w:val="both"/>
        <w:rPr>
          <w:rFonts w:ascii="Times New Roman" w:hAnsi="Times New Roman" w:cs="Times New Roman"/>
        </w:rPr>
      </w:pPr>
      <w:proofErr w:type="spellStart"/>
      <w:r w:rsidRPr="00281DF6">
        <w:rPr>
          <w:rFonts w:ascii="Times New Roman" w:hAnsi="Times New Roman" w:cs="Times New Roman"/>
          <w:b/>
        </w:rPr>
        <w:t>consapevole</w:t>
      </w:r>
      <w:proofErr w:type="spellEnd"/>
      <w:r w:rsidRPr="00281DF6">
        <w:rPr>
          <w:rFonts w:ascii="Times New Roman" w:hAnsi="Times New Roman" w:cs="Times New Roman"/>
          <w:b/>
        </w:rPr>
        <w:t xml:space="preserve"> </w:t>
      </w:r>
      <w:proofErr w:type="spellStart"/>
      <w:r w:rsidRPr="00281DF6">
        <w:rPr>
          <w:rFonts w:ascii="Times New Roman" w:hAnsi="Times New Roman" w:cs="Times New Roman"/>
        </w:rPr>
        <w:t>delle</w:t>
      </w:r>
      <w:proofErr w:type="spellEnd"/>
      <w:r w:rsidRPr="00281DF6">
        <w:rPr>
          <w:rFonts w:ascii="Times New Roman" w:hAnsi="Times New Roman" w:cs="Times New Roman"/>
        </w:rPr>
        <w:t xml:space="preserve"> </w:t>
      </w:r>
      <w:proofErr w:type="spellStart"/>
      <w:r w:rsidRPr="00281DF6">
        <w:rPr>
          <w:rFonts w:ascii="Times New Roman" w:hAnsi="Times New Roman" w:cs="Times New Roman"/>
        </w:rPr>
        <w:t>sanzioni</w:t>
      </w:r>
      <w:proofErr w:type="spellEnd"/>
      <w:r w:rsidRPr="00281DF6">
        <w:rPr>
          <w:rFonts w:ascii="Times New Roman" w:hAnsi="Times New Roman" w:cs="Times New Roman"/>
        </w:rPr>
        <w:t xml:space="preserve"> </w:t>
      </w:r>
      <w:proofErr w:type="spellStart"/>
      <w:r w:rsidRPr="00281DF6">
        <w:rPr>
          <w:rFonts w:ascii="Times New Roman" w:hAnsi="Times New Roman" w:cs="Times New Roman"/>
        </w:rPr>
        <w:t>penali</w:t>
      </w:r>
      <w:proofErr w:type="spellEnd"/>
      <w:r w:rsidRPr="00281DF6">
        <w:rPr>
          <w:rFonts w:ascii="Times New Roman" w:hAnsi="Times New Roman" w:cs="Times New Roman"/>
        </w:rPr>
        <w:t xml:space="preserve"> previste dall’art. 76 del D.P.R. 28 dicembre</w:t>
      </w:r>
      <w:r w:rsidRPr="00281DF6">
        <w:rPr>
          <w:rFonts w:ascii="Times New Roman" w:hAnsi="Times New Roman" w:cs="Times New Roman"/>
        </w:rPr>
        <w:t xml:space="preserve"> 2000, n. 445 in caso di dichiarazioni mendaci, formazione o uso di atti falsi, nonché della decadenza dai benefici eventualmente conseguenti ai sensi dell’art. 75 del medesimo D.P.R.,</w:t>
      </w:r>
    </w:p>
    <w:p w14:paraId="2D32E2D1" w14:textId="77777777" w:rsidR="003A1080" w:rsidRPr="00281DF6" w:rsidRDefault="005D6145" w:rsidP="00281DF6">
      <w:pPr>
        <w:spacing w:before="120" w:after="120" w:line="384" w:lineRule="auto"/>
        <w:jc w:val="center"/>
        <w:rPr>
          <w:rFonts w:ascii="Times New Roman" w:hAnsi="Times New Roman" w:cs="Times New Roman"/>
        </w:rPr>
      </w:pPr>
      <w:r w:rsidRPr="00281DF6">
        <w:rPr>
          <w:rFonts w:ascii="Times New Roman" w:hAnsi="Times New Roman" w:cs="Times New Roman"/>
          <w:b/>
          <w:sz w:val="24"/>
        </w:rPr>
        <w:t>DICHIARA</w:t>
      </w:r>
    </w:p>
    <w:p w14:paraId="1434349C" w14:textId="77777777" w:rsidR="003A1080" w:rsidRPr="00281DF6" w:rsidRDefault="005D6145" w:rsidP="00281DF6">
      <w:pPr>
        <w:spacing w:before="120" w:after="120" w:line="384" w:lineRule="auto"/>
        <w:jc w:val="both"/>
        <w:rPr>
          <w:rFonts w:ascii="Times New Roman" w:hAnsi="Times New Roman" w:cs="Times New Roman"/>
        </w:rPr>
      </w:pPr>
      <w:r w:rsidRPr="00281DF6">
        <w:rPr>
          <w:rFonts w:ascii="Times New Roman" w:hAnsi="Times New Roman" w:cs="Times New Roman"/>
          <w:b/>
        </w:rPr>
        <w:t xml:space="preserve">1. </w:t>
      </w:r>
      <w:r w:rsidRPr="00281DF6">
        <w:rPr>
          <w:rFonts w:ascii="Times New Roman" w:hAnsi="Times New Roman" w:cs="Times New Roman"/>
        </w:rPr>
        <w:t>che presso la struttura sono impiegati gli operatori indica</w:t>
      </w:r>
      <w:r w:rsidRPr="00281DF6">
        <w:rPr>
          <w:rFonts w:ascii="Times New Roman" w:hAnsi="Times New Roman" w:cs="Times New Roman"/>
        </w:rPr>
        <w:t>ti nella tabella seguente e che ciascuno di essi è in possesso del titolo di studio, della qualifica professionale, dell’abilitazione e/o dell’iscrizione all’ordine o albo professionale eventualmente prescritti per le mansioni svolte;</w:t>
      </w:r>
    </w:p>
    <w:p w14:paraId="31D2FF7E" w14:textId="77777777" w:rsidR="003A1080" w:rsidRPr="00281DF6" w:rsidRDefault="005D6145" w:rsidP="00281DF6">
      <w:pPr>
        <w:spacing w:before="120" w:after="120" w:line="384" w:lineRule="auto"/>
        <w:jc w:val="both"/>
        <w:rPr>
          <w:rFonts w:ascii="Times New Roman" w:hAnsi="Times New Roman" w:cs="Times New Roman"/>
        </w:rPr>
      </w:pPr>
      <w:r w:rsidRPr="00281DF6">
        <w:rPr>
          <w:rFonts w:ascii="Times New Roman" w:hAnsi="Times New Roman" w:cs="Times New Roman"/>
          <w:b/>
        </w:rPr>
        <w:t xml:space="preserve">2. </w:t>
      </w:r>
      <w:r w:rsidRPr="00281DF6">
        <w:rPr>
          <w:rFonts w:ascii="Times New Roman" w:hAnsi="Times New Roman" w:cs="Times New Roman"/>
        </w:rPr>
        <w:t>che il numero, i p</w:t>
      </w:r>
      <w:r w:rsidRPr="00281DF6">
        <w:rPr>
          <w:rFonts w:ascii="Times New Roman" w:hAnsi="Times New Roman" w:cs="Times New Roman"/>
        </w:rPr>
        <w:t>rofili professionali, i rapporti operatore/utente, l’organizzazione dei turni e la presenza del personale sono conformi agli standard strutturali e organizzativi previsti dalla L.R. Sicilia 9 maggio 1986, n. 22, dal D.P.Reg. 29 giugno 1988 e successive mod</w:t>
      </w:r>
      <w:r w:rsidRPr="00281DF6">
        <w:rPr>
          <w:rFonts w:ascii="Times New Roman" w:hAnsi="Times New Roman" w:cs="Times New Roman"/>
        </w:rPr>
        <w:t>ifiche e integrazioni, nonché dalla normativa regionale speciale applicabile alla specifica tipologia di struttura o servizio e dallo schema di convenzione approvato dal Comune;</w:t>
      </w:r>
    </w:p>
    <w:p w14:paraId="06A04ECE" w14:textId="77777777" w:rsidR="003A1080" w:rsidRPr="00281DF6" w:rsidRDefault="005D6145" w:rsidP="00281DF6">
      <w:pPr>
        <w:spacing w:before="120" w:after="120" w:line="384" w:lineRule="auto"/>
        <w:jc w:val="both"/>
        <w:rPr>
          <w:rFonts w:ascii="Times New Roman" w:hAnsi="Times New Roman" w:cs="Times New Roman"/>
        </w:rPr>
      </w:pPr>
      <w:r w:rsidRPr="00281DF6">
        <w:rPr>
          <w:rFonts w:ascii="Times New Roman" w:hAnsi="Times New Roman" w:cs="Times New Roman"/>
          <w:b/>
        </w:rPr>
        <w:t xml:space="preserve">3. </w:t>
      </w:r>
      <w:r w:rsidRPr="00281DF6">
        <w:rPr>
          <w:rFonts w:ascii="Times New Roman" w:hAnsi="Times New Roman" w:cs="Times New Roman"/>
        </w:rPr>
        <w:t xml:space="preserve">che, ove applicabile alla specifica tipologia di servizio, sono rispettate </w:t>
      </w:r>
      <w:r w:rsidRPr="00281DF6">
        <w:rPr>
          <w:rFonts w:ascii="Times New Roman" w:hAnsi="Times New Roman" w:cs="Times New Roman"/>
        </w:rPr>
        <w:t>le prescrizioni del D.P.Reg. n. 158 del 4 giugno 1996 e, per le strutture destinate a donne vittime di violenza, del D.P. Regione Siciliana 31 marzo 2015, n. 96, nonché ogni altra disposizione regionale vigente in materia di requisiti del personale;</w:t>
      </w:r>
    </w:p>
    <w:p w14:paraId="4EFBF9FF" w14:textId="77777777" w:rsidR="003A1080" w:rsidRPr="00281DF6" w:rsidRDefault="005D6145" w:rsidP="00281DF6">
      <w:pPr>
        <w:spacing w:before="120" w:after="120" w:line="384" w:lineRule="auto"/>
        <w:jc w:val="both"/>
        <w:rPr>
          <w:rFonts w:ascii="Times New Roman" w:hAnsi="Times New Roman" w:cs="Times New Roman"/>
        </w:rPr>
      </w:pPr>
      <w:r w:rsidRPr="00281DF6">
        <w:rPr>
          <w:rFonts w:ascii="Times New Roman" w:hAnsi="Times New Roman" w:cs="Times New Roman"/>
          <w:b/>
        </w:rPr>
        <w:t xml:space="preserve">4. </w:t>
      </w:r>
      <w:r w:rsidRPr="00281DF6">
        <w:rPr>
          <w:rFonts w:ascii="Times New Roman" w:hAnsi="Times New Roman" w:cs="Times New Roman"/>
        </w:rPr>
        <w:t>che</w:t>
      </w:r>
      <w:r w:rsidRPr="00281DF6">
        <w:rPr>
          <w:rFonts w:ascii="Times New Roman" w:hAnsi="Times New Roman" w:cs="Times New Roman"/>
        </w:rPr>
        <w:t xml:space="preserve"> per tutto il personale sono osservate la normativa vigente in materia di lavoro, previdenza e assistenza obbligatoria e le condizioni economiche e normative previste dal contratto collettivo nazionale di lavoro di settore applicato dall’Ente;</w:t>
      </w:r>
    </w:p>
    <w:p w14:paraId="33B27837" w14:textId="77777777" w:rsidR="003A1080" w:rsidRPr="00281DF6" w:rsidRDefault="005D6145" w:rsidP="00281DF6">
      <w:pPr>
        <w:spacing w:before="120" w:after="120" w:line="384" w:lineRule="auto"/>
        <w:jc w:val="both"/>
        <w:rPr>
          <w:rFonts w:ascii="Times New Roman" w:hAnsi="Times New Roman" w:cs="Times New Roman"/>
        </w:rPr>
      </w:pPr>
      <w:r w:rsidRPr="00281DF6">
        <w:rPr>
          <w:rFonts w:ascii="Times New Roman" w:hAnsi="Times New Roman" w:cs="Times New Roman"/>
          <w:b/>
        </w:rPr>
        <w:t xml:space="preserve">5. </w:t>
      </w:r>
      <w:r w:rsidRPr="00281DF6">
        <w:rPr>
          <w:rFonts w:ascii="Times New Roman" w:hAnsi="Times New Roman" w:cs="Times New Roman"/>
        </w:rPr>
        <w:t xml:space="preserve">che sono </w:t>
      </w:r>
      <w:r w:rsidRPr="00281DF6">
        <w:rPr>
          <w:rFonts w:ascii="Times New Roman" w:hAnsi="Times New Roman" w:cs="Times New Roman"/>
        </w:rPr>
        <w:t>rispettati gli obblighi previsti dal D.Lgs. 9 aprile 2008, n. 81 e successive modifiche e integrazioni in materia di tutela della salute e della sicurezza nei luoghi di lavoro, compresi gli obblighi di informazione, formazione e, ove prevista, sorveglianza</w:t>
      </w:r>
      <w:r w:rsidRPr="00281DF6">
        <w:rPr>
          <w:rFonts w:ascii="Times New Roman" w:hAnsi="Times New Roman" w:cs="Times New Roman"/>
        </w:rPr>
        <w:t xml:space="preserve"> sanitaria;</w:t>
      </w:r>
    </w:p>
    <w:p w14:paraId="60BAA1E2" w14:textId="77777777" w:rsidR="003A1080" w:rsidRPr="00281DF6" w:rsidRDefault="005D6145" w:rsidP="00281DF6">
      <w:pPr>
        <w:spacing w:before="120" w:after="120" w:line="384" w:lineRule="auto"/>
        <w:jc w:val="both"/>
        <w:rPr>
          <w:rFonts w:ascii="Times New Roman" w:hAnsi="Times New Roman" w:cs="Times New Roman"/>
        </w:rPr>
      </w:pPr>
      <w:r w:rsidRPr="00281DF6">
        <w:rPr>
          <w:rFonts w:ascii="Times New Roman" w:hAnsi="Times New Roman" w:cs="Times New Roman"/>
          <w:b/>
        </w:rPr>
        <w:t xml:space="preserve">6. </w:t>
      </w:r>
      <w:r w:rsidRPr="00281DF6">
        <w:rPr>
          <w:rFonts w:ascii="Times New Roman" w:hAnsi="Times New Roman" w:cs="Times New Roman"/>
        </w:rPr>
        <w:t>che, per il personale impiegato in attività professionali o volontarie organizzate che comportano contatti diretti e regolari con minori, l’Ente ha adempiuto agli obblighi di verifica previsti dall’art. 25-bis del D.P.R. 14 novembre 2002, n.</w:t>
      </w:r>
      <w:r w:rsidRPr="00281DF6">
        <w:rPr>
          <w:rFonts w:ascii="Times New Roman" w:hAnsi="Times New Roman" w:cs="Times New Roman"/>
        </w:rPr>
        <w:t xml:space="preserve"> 313, introdotto dall’art. 2 del D.Lgs. 4 marzo 2014, n. 39;</w:t>
      </w:r>
    </w:p>
    <w:p w14:paraId="72E13503" w14:textId="77777777" w:rsidR="003A1080" w:rsidRPr="00281DF6" w:rsidRDefault="005D6145" w:rsidP="00281DF6">
      <w:pPr>
        <w:spacing w:before="120" w:after="120" w:line="384" w:lineRule="auto"/>
        <w:jc w:val="both"/>
        <w:rPr>
          <w:rFonts w:ascii="Times New Roman" w:hAnsi="Times New Roman" w:cs="Times New Roman"/>
        </w:rPr>
      </w:pPr>
      <w:r w:rsidRPr="00281DF6">
        <w:rPr>
          <w:rFonts w:ascii="Times New Roman" w:hAnsi="Times New Roman" w:cs="Times New Roman"/>
          <w:b/>
        </w:rPr>
        <w:lastRenderedPageBreak/>
        <w:t xml:space="preserve">7. </w:t>
      </w:r>
      <w:r w:rsidRPr="00281DF6">
        <w:rPr>
          <w:rFonts w:ascii="Times New Roman" w:hAnsi="Times New Roman" w:cs="Times New Roman"/>
        </w:rPr>
        <w:t>che l’Ente si impegna a mantenere, per tutta la durata dell’accreditamento e dell’eventuale rapporto convenzionale, gli standard quali-quantitativi del personale prescritti e a comunicare temp</w:t>
      </w:r>
      <w:r w:rsidRPr="00281DF6">
        <w:rPr>
          <w:rFonts w:ascii="Times New Roman" w:hAnsi="Times New Roman" w:cs="Times New Roman"/>
        </w:rPr>
        <w:t>estivamente al Comune ogni variazione significativa relativa agli operatori, ai titoli professionali, alle qualifiche, alla tipologia contrattuale o all’organizzazione del servizio.</w:t>
      </w:r>
    </w:p>
    <w:p w14:paraId="44BBB318" w14:textId="6401E1B0" w:rsidR="003A1080" w:rsidRPr="00281DF6" w:rsidRDefault="005D6145" w:rsidP="00281DF6">
      <w:pPr>
        <w:spacing w:before="120" w:after="120" w:line="384" w:lineRule="auto"/>
        <w:jc w:val="center"/>
        <w:rPr>
          <w:rFonts w:ascii="Times New Roman" w:hAnsi="Times New Roman" w:cs="Times New Roman"/>
          <w:u w:val="single"/>
        </w:rPr>
      </w:pPr>
      <w:r w:rsidRPr="00281DF6">
        <w:rPr>
          <w:rFonts w:ascii="Times New Roman" w:hAnsi="Times New Roman" w:cs="Times New Roman"/>
          <w:b/>
          <w:u w:val="single"/>
        </w:rPr>
        <w:t>ELENCO DEGLI OPERATORI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882"/>
        <w:gridCol w:w="2440"/>
        <w:gridCol w:w="1886"/>
        <w:gridCol w:w="2018"/>
        <w:gridCol w:w="1988"/>
      </w:tblGrid>
      <w:tr w:rsidR="003A1080" w:rsidRPr="00281DF6" w14:paraId="5F94DE4D" w14:textId="77777777">
        <w:trPr>
          <w:jc w:val="center"/>
        </w:trPr>
        <w:tc>
          <w:tcPr>
            <w:tcW w:w="1944" w:type="dxa"/>
            <w:vAlign w:val="center"/>
          </w:tcPr>
          <w:p w14:paraId="6FD2750F" w14:textId="77777777" w:rsidR="003A1080" w:rsidRPr="00281DF6" w:rsidRDefault="005D6145" w:rsidP="00281DF6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281DF6">
              <w:rPr>
                <w:rFonts w:ascii="Times New Roman" w:hAnsi="Times New Roman" w:cs="Times New Roman"/>
                <w:b/>
                <w:sz w:val="17"/>
              </w:rPr>
              <w:t>COGNOME E NOME</w:t>
            </w:r>
          </w:p>
        </w:tc>
        <w:tc>
          <w:tcPr>
            <w:tcW w:w="2520" w:type="dxa"/>
            <w:vAlign w:val="center"/>
          </w:tcPr>
          <w:p w14:paraId="77E1BC61" w14:textId="77777777" w:rsidR="003A1080" w:rsidRPr="00281DF6" w:rsidRDefault="005D6145" w:rsidP="00281DF6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281DF6">
              <w:rPr>
                <w:rFonts w:ascii="Times New Roman" w:hAnsi="Times New Roman" w:cs="Times New Roman"/>
                <w:b/>
                <w:sz w:val="17"/>
              </w:rPr>
              <w:t>TITOLO DI STUDIO / ABILITAZIONE</w:t>
            </w:r>
          </w:p>
        </w:tc>
        <w:tc>
          <w:tcPr>
            <w:tcW w:w="1944" w:type="dxa"/>
            <w:vAlign w:val="center"/>
          </w:tcPr>
          <w:p w14:paraId="2A04BFDD" w14:textId="77777777" w:rsidR="003A1080" w:rsidRPr="00281DF6" w:rsidRDefault="005D6145" w:rsidP="00281DF6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281DF6">
              <w:rPr>
                <w:rFonts w:ascii="Times New Roman" w:hAnsi="Times New Roman" w:cs="Times New Roman"/>
                <w:b/>
                <w:sz w:val="17"/>
              </w:rPr>
              <w:t>QUAL</w:t>
            </w:r>
            <w:r w:rsidRPr="00281DF6">
              <w:rPr>
                <w:rFonts w:ascii="Times New Roman" w:hAnsi="Times New Roman" w:cs="Times New Roman"/>
                <w:b/>
                <w:sz w:val="17"/>
              </w:rPr>
              <w:t>IFICA / PROFILO</w:t>
            </w:r>
          </w:p>
        </w:tc>
        <w:tc>
          <w:tcPr>
            <w:tcW w:w="2088" w:type="dxa"/>
            <w:vAlign w:val="center"/>
          </w:tcPr>
          <w:p w14:paraId="1341470C" w14:textId="77777777" w:rsidR="003A1080" w:rsidRPr="00281DF6" w:rsidRDefault="005D6145" w:rsidP="00281DF6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281DF6">
              <w:rPr>
                <w:rFonts w:ascii="Times New Roman" w:hAnsi="Times New Roman" w:cs="Times New Roman"/>
                <w:b/>
                <w:sz w:val="17"/>
              </w:rPr>
              <w:t>ESTREMI DEL RAPPORTO</w:t>
            </w:r>
          </w:p>
        </w:tc>
        <w:tc>
          <w:tcPr>
            <w:tcW w:w="2016" w:type="dxa"/>
            <w:vAlign w:val="center"/>
          </w:tcPr>
          <w:p w14:paraId="4A4F4EF5" w14:textId="77777777" w:rsidR="003A1080" w:rsidRPr="00281DF6" w:rsidRDefault="005D6145" w:rsidP="00281DF6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281DF6">
              <w:rPr>
                <w:rFonts w:ascii="Times New Roman" w:hAnsi="Times New Roman" w:cs="Times New Roman"/>
                <w:b/>
                <w:sz w:val="17"/>
              </w:rPr>
              <w:t>TIPOLOGIA CONTRATTUALE</w:t>
            </w:r>
          </w:p>
        </w:tc>
      </w:tr>
      <w:tr w:rsidR="003A1080" w:rsidRPr="00281DF6" w14:paraId="3F3991AD" w14:textId="77777777">
        <w:trPr>
          <w:jc w:val="center"/>
        </w:trPr>
        <w:tc>
          <w:tcPr>
            <w:tcW w:w="194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210CE2" w14:textId="77777777" w:rsidR="003A1080" w:rsidRPr="00281DF6" w:rsidRDefault="003A1080" w:rsidP="00281DF6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F81CEF" w14:textId="77777777" w:rsidR="003A1080" w:rsidRPr="00281DF6" w:rsidRDefault="003A1080" w:rsidP="00281DF6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4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7AC6C7" w14:textId="77777777" w:rsidR="003A1080" w:rsidRPr="00281DF6" w:rsidRDefault="003A1080" w:rsidP="00281DF6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28A4D9" w14:textId="77777777" w:rsidR="003A1080" w:rsidRPr="00281DF6" w:rsidRDefault="003A1080" w:rsidP="00281DF6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48E9AF" w14:textId="77777777" w:rsidR="003A1080" w:rsidRPr="00281DF6" w:rsidRDefault="003A1080" w:rsidP="00281DF6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</w:p>
        </w:tc>
      </w:tr>
      <w:tr w:rsidR="003A1080" w:rsidRPr="00281DF6" w14:paraId="747BDA7B" w14:textId="77777777">
        <w:trPr>
          <w:jc w:val="center"/>
        </w:trPr>
        <w:tc>
          <w:tcPr>
            <w:tcW w:w="194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966F0B" w14:textId="77777777" w:rsidR="003A1080" w:rsidRPr="00281DF6" w:rsidRDefault="003A1080" w:rsidP="00281DF6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2EC0A2" w14:textId="77777777" w:rsidR="003A1080" w:rsidRPr="00281DF6" w:rsidRDefault="003A1080" w:rsidP="00281DF6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4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A0ACD6" w14:textId="77777777" w:rsidR="003A1080" w:rsidRPr="00281DF6" w:rsidRDefault="003A1080" w:rsidP="00281DF6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139177" w14:textId="77777777" w:rsidR="003A1080" w:rsidRPr="00281DF6" w:rsidRDefault="003A1080" w:rsidP="00281DF6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C068A8" w14:textId="77777777" w:rsidR="003A1080" w:rsidRPr="00281DF6" w:rsidRDefault="003A1080" w:rsidP="00281DF6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</w:p>
        </w:tc>
      </w:tr>
      <w:tr w:rsidR="003A1080" w:rsidRPr="00281DF6" w14:paraId="5E0B9B55" w14:textId="77777777">
        <w:trPr>
          <w:jc w:val="center"/>
        </w:trPr>
        <w:tc>
          <w:tcPr>
            <w:tcW w:w="194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799EA3" w14:textId="77777777" w:rsidR="003A1080" w:rsidRPr="00281DF6" w:rsidRDefault="003A1080" w:rsidP="00281DF6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C7BA18" w14:textId="77777777" w:rsidR="003A1080" w:rsidRPr="00281DF6" w:rsidRDefault="003A1080" w:rsidP="00281DF6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4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3AED41" w14:textId="77777777" w:rsidR="003A1080" w:rsidRPr="00281DF6" w:rsidRDefault="003A1080" w:rsidP="00281DF6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ACBBD8" w14:textId="77777777" w:rsidR="003A1080" w:rsidRPr="00281DF6" w:rsidRDefault="003A1080" w:rsidP="00281DF6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AF1028" w14:textId="77777777" w:rsidR="003A1080" w:rsidRPr="00281DF6" w:rsidRDefault="003A1080" w:rsidP="00281DF6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</w:p>
        </w:tc>
      </w:tr>
      <w:tr w:rsidR="003A1080" w:rsidRPr="00281DF6" w14:paraId="5C505ED9" w14:textId="77777777">
        <w:trPr>
          <w:jc w:val="center"/>
        </w:trPr>
        <w:tc>
          <w:tcPr>
            <w:tcW w:w="194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52ECAF" w14:textId="77777777" w:rsidR="003A1080" w:rsidRPr="00281DF6" w:rsidRDefault="003A1080" w:rsidP="00281DF6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4EE97D" w14:textId="77777777" w:rsidR="003A1080" w:rsidRPr="00281DF6" w:rsidRDefault="003A1080" w:rsidP="00281DF6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4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603A40" w14:textId="77777777" w:rsidR="003A1080" w:rsidRPr="00281DF6" w:rsidRDefault="003A1080" w:rsidP="00281DF6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A77AEC" w14:textId="77777777" w:rsidR="003A1080" w:rsidRPr="00281DF6" w:rsidRDefault="003A1080" w:rsidP="00281DF6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238920" w14:textId="77777777" w:rsidR="003A1080" w:rsidRPr="00281DF6" w:rsidRDefault="003A1080" w:rsidP="00281DF6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</w:p>
        </w:tc>
      </w:tr>
      <w:tr w:rsidR="003A1080" w:rsidRPr="00281DF6" w14:paraId="2470C5EE" w14:textId="77777777">
        <w:trPr>
          <w:jc w:val="center"/>
        </w:trPr>
        <w:tc>
          <w:tcPr>
            <w:tcW w:w="194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539CF3" w14:textId="77777777" w:rsidR="003A1080" w:rsidRPr="00281DF6" w:rsidRDefault="003A1080" w:rsidP="00281DF6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B8E242" w14:textId="77777777" w:rsidR="003A1080" w:rsidRPr="00281DF6" w:rsidRDefault="003A1080" w:rsidP="00281DF6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4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CCB87F" w14:textId="77777777" w:rsidR="003A1080" w:rsidRPr="00281DF6" w:rsidRDefault="003A1080" w:rsidP="00281DF6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CEB4A9" w14:textId="77777777" w:rsidR="003A1080" w:rsidRPr="00281DF6" w:rsidRDefault="003A1080" w:rsidP="00281DF6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F566AD" w14:textId="77777777" w:rsidR="003A1080" w:rsidRPr="00281DF6" w:rsidRDefault="003A1080" w:rsidP="00281DF6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</w:p>
        </w:tc>
      </w:tr>
      <w:tr w:rsidR="003A1080" w:rsidRPr="00281DF6" w14:paraId="7391674D" w14:textId="77777777">
        <w:trPr>
          <w:jc w:val="center"/>
        </w:trPr>
        <w:tc>
          <w:tcPr>
            <w:tcW w:w="194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65EF17" w14:textId="77777777" w:rsidR="003A1080" w:rsidRPr="00281DF6" w:rsidRDefault="003A1080" w:rsidP="00281DF6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91FE9B" w14:textId="77777777" w:rsidR="003A1080" w:rsidRPr="00281DF6" w:rsidRDefault="003A1080" w:rsidP="00281DF6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4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E12B18" w14:textId="77777777" w:rsidR="003A1080" w:rsidRPr="00281DF6" w:rsidRDefault="003A1080" w:rsidP="00281DF6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3F06B3" w14:textId="77777777" w:rsidR="003A1080" w:rsidRPr="00281DF6" w:rsidRDefault="003A1080" w:rsidP="00281DF6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F0B65F" w14:textId="77777777" w:rsidR="003A1080" w:rsidRPr="00281DF6" w:rsidRDefault="003A1080" w:rsidP="00281DF6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</w:p>
        </w:tc>
      </w:tr>
      <w:tr w:rsidR="003A1080" w:rsidRPr="00281DF6" w14:paraId="1BE440A4" w14:textId="77777777">
        <w:trPr>
          <w:jc w:val="center"/>
        </w:trPr>
        <w:tc>
          <w:tcPr>
            <w:tcW w:w="194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34DA81" w14:textId="77777777" w:rsidR="003A1080" w:rsidRPr="00281DF6" w:rsidRDefault="003A1080" w:rsidP="00281DF6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AF3F23" w14:textId="77777777" w:rsidR="003A1080" w:rsidRPr="00281DF6" w:rsidRDefault="003A1080" w:rsidP="00281DF6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4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15E501" w14:textId="77777777" w:rsidR="003A1080" w:rsidRPr="00281DF6" w:rsidRDefault="003A1080" w:rsidP="00281DF6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FF0F31" w14:textId="77777777" w:rsidR="003A1080" w:rsidRPr="00281DF6" w:rsidRDefault="003A1080" w:rsidP="00281DF6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F67B48" w14:textId="77777777" w:rsidR="003A1080" w:rsidRPr="00281DF6" w:rsidRDefault="003A1080" w:rsidP="00281DF6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</w:p>
        </w:tc>
      </w:tr>
      <w:tr w:rsidR="003A1080" w:rsidRPr="00281DF6" w14:paraId="70332D0B" w14:textId="77777777">
        <w:trPr>
          <w:jc w:val="center"/>
        </w:trPr>
        <w:tc>
          <w:tcPr>
            <w:tcW w:w="194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9091FF" w14:textId="77777777" w:rsidR="003A1080" w:rsidRPr="00281DF6" w:rsidRDefault="003A1080" w:rsidP="00281DF6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3DA2E1" w14:textId="77777777" w:rsidR="003A1080" w:rsidRPr="00281DF6" w:rsidRDefault="003A1080" w:rsidP="00281DF6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4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9E50E6" w14:textId="77777777" w:rsidR="003A1080" w:rsidRPr="00281DF6" w:rsidRDefault="003A1080" w:rsidP="00281DF6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928C7B" w14:textId="77777777" w:rsidR="003A1080" w:rsidRPr="00281DF6" w:rsidRDefault="003A1080" w:rsidP="00281DF6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240727" w14:textId="77777777" w:rsidR="003A1080" w:rsidRPr="00281DF6" w:rsidRDefault="003A1080" w:rsidP="00281DF6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765402F1" w14:textId="77777777" w:rsidR="003A1080" w:rsidRPr="00281DF6" w:rsidRDefault="005D6145" w:rsidP="00281DF6">
      <w:pPr>
        <w:spacing w:before="120" w:after="120" w:line="384" w:lineRule="auto"/>
        <w:jc w:val="both"/>
        <w:rPr>
          <w:rFonts w:ascii="Times New Roman" w:hAnsi="Times New Roman" w:cs="Times New Roman"/>
        </w:rPr>
      </w:pPr>
      <w:r w:rsidRPr="00281DF6">
        <w:rPr>
          <w:rFonts w:ascii="Times New Roman" w:hAnsi="Times New Roman" w:cs="Times New Roman"/>
          <w:b/>
        </w:rPr>
        <w:t xml:space="preserve">CCNL applicato: </w:t>
      </w:r>
      <w:r w:rsidRPr="00281DF6">
        <w:rPr>
          <w:rFonts w:ascii="Times New Roman" w:hAnsi="Times New Roman" w:cs="Times New Roman"/>
        </w:rPr>
        <w:t>______________________________________________</w:t>
      </w:r>
    </w:p>
    <w:p w14:paraId="31B2F714" w14:textId="77777777" w:rsidR="00281DF6" w:rsidRDefault="00281DF6" w:rsidP="00281DF6">
      <w:pPr>
        <w:spacing w:before="120" w:after="120" w:line="384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b/>
        </w:rPr>
        <w:t>Eventuali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annotazioni</w:t>
      </w:r>
      <w:proofErr w:type="spellEnd"/>
      <w:r>
        <w:rPr>
          <w:rFonts w:ascii="Times New Roman" w:hAnsi="Times New Roman" w:cs="Times New Roman"/>
          <w:b/>
        </w:rPr>
        <w:t xml:space="preserve">: </w:t>
      </w:r>
      <w:bookmarkStart w:id="0" w:name="_GoBack"/>
      <w:bookmarkEnd w:id="0"/>
      <w:r w:rsidR="005D6145" w:rsidRPr="00281DF6">
        <w:rPr>
          <w:rFonts w:ascii="Times New Roman" w:hAnsi="Times New Roman" w:cs="Times New Roman"/>
        </w:rPr>
        <w:t>________________________________________________________________________________________</w:t>
      </w:r>
      <w:r w:rsidR="005D6145" w:rsidRPr="00281DF6">
        <w:rPr>
          <w:rFonts w:ascii="Times New Roman" w:hAnsi="Times New Roman" w:cs="Times New Roman"/>
        </w:rPr>
        <w:t>________________________________________________________________________________________________________</w:t>
      </w:r>
      <w:r w:rsidR="005D6145" w:rsidRPr="00281DF6">
        <w:rPr>
          <w:rFonts w:ascii="Times New Roman" w:hAnsi="Times New Roman" w:cs="Times New Roman"/>
        </w:rPr>
        <w:t>__</w:t>
      </w:r>
      <w:r>
        <w:rPr>
          <w:rFonts w:ascii="Times New Roman" w:hAnsi="Times New Roman" w:cs="Times New Roman"/>
        </w:rPr>
        <w:t xml:space="preserve"> </w:t>
      </w:r>
    </w:p>
    <w:p w14:paraId="3891655C" w14:textId="77777777" w:rsidR="00281DF6" w:rsidRDefault="00281DF6" w:rsidP="00281DF6">
      <w:pPr>
        <w:spacing w:before="120" w:after="120" w:line="384" w:lineRule="auto"/>
        <w:rPr>
          <w:rFonts w:ascii="Times New Roman" w:hAnsi="Times New Roman" w:cs="Times New Roman"/>
        </w:rPr>
      </w:pPr>
    </w:p>
    <w:p w14:paraId="136B0380" w14:textId="39BD91DC" w:rsidR="003A1080" w:rsidRPr="00281DF6" w:rsidRDefault="005D6145" w:rsidP="00281DF6">
      <w:pPr>
        <w:spacing w:before="120" w:after="120" w:line="384" w:lineRule="auto"/>
        <w:rPr>
          <w:rFonts w:ascii="Times New Roman" w:hAnsi="Times New Roman" w:cs="Times New Roman"/>
        </w:rPr>
      </w:pPr>
      <w:r w:rsidRPr="00281DF6">
        <w:rPr>
          <w:rFonts w:ascii="Times New Roman" w:hAnsi="Times New Roman" w:cs="Times New Roman"/>
        </w:rPr>
        <w:t xml:space="preserve">__________________, </w:t>
      </w:r>
      <w:proofErr w:type="spellStart"/>
      <w:r w:rsidRPr="00281DF6">
        <w:rPr>
          <w:rFonts w:ascii="Times New Roman" w:hAnsi="Times New Roman" w:cs="Times New Roman"/>
        </w:rPr>
        <w:t>lì</w:t>
      </w:r>
      <w:proofErr w:type="spellEnd"/>
      <w:r w:rsidRPr="00281DF6">
        <w:rPr>
          <w:rFonts w:ascii="Times New Roman" w:hAnsi="Times New Roman" w:cs="Times New Roman"/>
        </w:rPr>
        <w:t xml:space="preserve"> ____/____/________</w:t>
      </w:r>
    </w:p>
    <w:p w14:paraId="0B71F6E2" w14:textId="77777777" w:rsidR="003A1080" w:rsidRPr="00281DF6" w:rsidRDefault="005D6145" w:rsidP="00281DF6">
      <w:pPr>
        <w:spacing w:before="120" w:after="120" w:line="384" w:lineRule="auto"/>
        <w:ind w:left="5954"/>
        <w:jc w:val="center"/>
        <w:rPr>
          <w:rFonts w:ascii="Times New Roman" w:hAnsi="Times New Roman" w:cs="Times New Roman"/>
        </w:rPr>
      </w:pPr>
      <w:r w:rsidRPr="00281DF6">
        <w:rPr>
          <w:rFonts w:ascii="Times New Roman" w:hAnsi="Times New Roman" w:cs="Times New Roman"/>
          <w:b/>
        </w:rPr>
        <w:t xml:space="preserve">Il </w:t>
      </w:r>
      <w:proofErr w:type="spellStart"/>
      <w:r w:rsidRPr="00281DF6">
        <w:rPr>
          <w:rFonts w:ascii="Times New Roman" w:hAnsi="Times New Roman" w:cs="Times New Roman"/>
          <w:b/>
        </w:rPr>
        <w:t>Legale</w:t>
      </w:r>
      <w:proofErr w:type="spellEnd"/>
      <w:r w:rsidRPr="00281DF6">
        <w:rPr>
          <w:rFonts w:ascii="Times New Roman" w:hAnsi="Times New Roman" w:cs="Times New Roman"/>
          <w:b/>
        </w:rPr>
        <w:t xml:space="preserve"> </w:t>
      </w:r>
      <w:proofErr w:type="spellStart"/>
      <w:r w:rsidRPr="00281DF6">
        <w:rPr>
          <w:rFonts w:ascii="Times New Roman" w:hAnsi="Times New Roman" w:cs="Times New Roman"/>
          <w:b/>
        </w:rPr>
        <w:t>Rappresentante</w:t>
      </w:r>
      <w:proofErr w:type="spellEnd"/>
      <w:r w:rsidRPr="00281DF6">
        <w:rPr>
          <w:rFonts w:ascii="Times New Roman" w:hAnsi="Times New Roman" w:cs="Times New Roman"/>
          <w:b/>
        </w:rPr>
        <w:br/>
      </w:r>
      <w:r w:rsidRPr="00281DF6">
        <w:rPr>
          <w:rFonts w:ascii="Times New Roman" w:hAnsi="Times New Roman" w:cs="Times New Roman"/>
        </w:rPr>
        <w:t>______________________________</w:t>
      </w:r>
    </w:p>
    <w:p w14:paraId="2E18E41D" w14:textId="77777777" w:rsidR="003A1080" w:rsidRPr="00281DF6" w:rsidRDefault="005D6145" w:rsidP="00281DF6">
      <w:pPr>
        <w:spacing w:before="120" w:after="120" w:line="384" w:lineRule="auto"/>
        <w:jc w:val="both"/>
        <w:rPr>
          <w:rFonts w:ascii="Times New Roman" w:hAnsi="Times New Roman" w:cs="Times New Roman"/>
        </w:rPr>
      </w:pPr>
      <w:r w:rsidRPr="00281DF6">
        <w:rPr>
          <w:rFonts w:ascii="Times New Roman" w:hAnsi="Times New Roman" w:cs="Times New Roman"/>
          <w:b/>
        </w:rPr>
        <w:t xml:space="preserve">Modalità di sottoscrizione: </w:t>
      </w:r>
      <w:r w:rsidRPr="00281DF6">
        <w:rPr>
          <w:rFonts w:ascii="Times New Roman" w:hAnsi="Times New Roman" w:cs="Times New Roman"/>
        </w:rPr>
        <w:t>la dichiarazione è sottoscritta digitalmente oppure, se sottoscritta con firma autografa e trasmessa con modalità telematica o presentata da soggetto diverso dal dichiarante, è accom</w:t>
      </w:r>
      <w:r w:rsidRPr="00281DF6">
        <w:rPr>
          <w:rFonts w:ascii="Times New Roman" w:hAnsi="Times New Roman" w:cs="Times New Roman"/>
        </w:rPr>
        <w:t>pagnata da copia di un documento di identità in corso di validità, ai sensi dell’art. 38 del D.P.R. n. 445/2000.</w:t>
      </w:r>
    </w:p>
    <w:p w14:paraId="0BF4063A" w14:textId="77777777" w:rsidR="003A1080" w:rsidRPr="00281DF6" w:rsidRDefault="005D6145" w:rsidP="00281DF6">
      <w:pPr>
        <w:spacing w:before="120" w:after="120" w:line="384" w:lineRule="auto"/>
        <w:jc w:val="both"/>
        <w:rPr>
          <w:rFonts w:ascii="Times New Roman" w:hAnsi="Times New Roman" w:cs="Times New Roman"/>
        </w:rPr>
      </w:pPr>
      <w:r w:rsidRPr="00281DF6">
        <w:rPr>
          <w:rFonts w:ascii="Times New Roman" w:hAnsi="Times New Roman" w:cs="Times New Roman"/>
          <w:b/>
        </w:rPr>
        <w:t xml:space="preserve">Nota: </w:t>
      </w:r>
      <w:r w:rsidRPr="00281DF6">
        <w:rPr>
          <w:rFonts w:ascii="Times New Roman" w:hAnsi="Times New Roman" w:cs="Times New Roman"/>
        </w:rPr>
        <w:t>l’Ente deve poter esibire, su richiesta del Comune, la documentazione comprovante titoli, abilitazioni, iscrizioni professionali, rapport</w:t>
      </w:r>
      <w:r w:rsidRPr="00281DF6">
        <w:rPr>
          <w:rFonts w:ascii="Times New Roman" w:hAnsi="Times New Roman" w:cs="Times New Roman"/>
        </w:rPr>
        <w:t>i contrattuali e adempimenti relativi agli operatori dichiarati.</w:t>
      </w:r>
    </w:p>
    <w:sectPr w:rsidR="003A1080" w:rsidRPr="00281DF6" w:rsidSect="00034616">
      <w:headerReference w:type="default" r:id="rId8"/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11B07B" w14:textId="77777777" w:rsidR="005D6145" w:rsidRDefault="005D6145" w:rsidP="00281DF6">
      <w:pPr>
        <w:spacing w:after="0" w:line="240" w:lineRule="auto"/>
      </w:pPr>
      <w:r>
        <w:separator/>
      </w:r>
    </w:p>
  </w:endnote>
  <w:endnote w:type="continuationSeparator" w:id="0">
    <w:p w14:paraId="4379A1E6" w14:textId="77777777" w:rsidR="005D6145" w:rsidRDefault="005D6145" w:rsidP="00281D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8377B1" w14:textId="77777777" w:rsidR="005D6145" w:rsidRDefault="005D6145" w:rsidP="00281DF6">
      <w:pPr>
        <w:spacing w:after="0" w:line="240" w:lineRule="auto"/>
      </w:pPr>
      <w:r>
        <w:separator/>
      </w:r>
    </w:p>
  </w:footnote>
  <w:footnote w:type="continuationSeparator" w:id="0">
    <w:p w14:paraId="3E39F1A2" w14:textId="77777777" w:rsidR="005D6145" w:rsidRDefault="005D6145" w:rsidP="00281D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60DB68" w14:textId="77777777" w:rsidR="00281DF6" w:rsidRPr="00281DF6" w:rsidRDefault="00281DF6" w:rsidP="00281DF6">
    <w:pPr>
      <w:jc w:val="right"/>
      <w:rPr>
        <w:rFonts w:ascii="Times New Roman" w:hAnsi="Times New Roman" w:cs="Times New Roman"/>
      </w:rPr>
    </w:pPr>
    <w:proofErr w:type="spellStart"/>
    <w:r w:rsidRPr="00281DF6">
      <w:rPr>
        <w:rFonts w:ascii="Times New Roman" w:hAnsi="Times New Roman" w:cs="Times New Roman"/>
        <w:sz w:val="22"/>
      </w:rPr>
      <w:t>Allegato</w:t>
    </w:r>
    <w:proofErr w:type="spellEnd"/>
    <w:r w:rsidRPr="00281DF6">
      <w:rPr>
        <w:rFonts w:ascii="Times New Roman" w:hAnsi="Times New Roman" w:cs="Times New Roman"/>
        <w:sz w:val="22"/>
      </w:rPr>
      <w:t xml:space="preserve"> n. 3</w:t>
    </w:r>
  </w:p>
  <w:p w14:paraId="2196C837" w14:textId="77777777" w:rsidR="00281DF6" w:rsidRDefault="00281DF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81DF6"/>
    <w:rsid w:val="0029639D"/>
    <w:rsid w:val="00326F90"/>
    <w:rsid w:val="003A1080"/>
    <w:rsid w:val="004167A8"/>
    <w:rsid w:val="005D6145"/>
    <w:rsid w:val="00943856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FDC7455"/>
  <w14:defaultImageDpi w14:val="300"/>
  <w15:docId w15:val="{28EA9D58-F8EB-477F-A6CF-697DA0A88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C693F"/>
    <w:rPr>
      <w:rFonts w:ascii="Arial" w:hAnsi="Arial"/>
      <w:sz w:val="21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15A3553-D531-42ED-9798-C680ED1CB9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607</Words>
  <Characters>3463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4062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Utente</cp:lastModifiedBy>
  <cp:revision>3</cp:revision>
  <dcterms:created xsi:type="dcterms:W3CDTF">2026-09-07T15:00:00Z</dcterms:created>
  <dcterms:modified xsi:type="dcterms:W3CDTF">2026-09-15T10:09:00Z</dcterms:modified>
  <cp:category/>
</cp:coreProperties>
</file>